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E07C6" w14:textId="77777777" w:rsidR="00777930" w:rsidRDefault="00000000">
      <w:pPr>
        <w:pStyle w:val="aa"/>
        <w:jc w:val="center"/>
        <w:rPr>
          <w:lang w:eastAsia="zh-TW"/>
        </w:rPr>
      </w:pPr>
      <w:r>
        <w:rPr>
          <w:lang w:eastAsia="zh-TW"/>
        </w:rPr>
        <w:t>耐斯車隊旅客運送契約</w:t>
      </w:r>
      <w:r>
        <w:rPr>
          <w:lang w:eastAsia="zh-TW"/>
        </w:rPr>
        <w:t xml:space="preserve"> (Uber </w:t>
      </w:r>
      <w:r>
        <w:rPr>
          <w:lang w:eastAsia="zh-TW"/>
        </w:rPr>
        <w:t>專區</w:t>
      </w:r>
      <w:r>
        <w:rPr>
          <w:lang w:eastAsia="zh-TW"/>
        </w:rPr>
        <w:t>)</w:t>
      </w:r>
    </w:p>
    <w:p w14:paraId="2B9D235A" w14:textId="77777777" w:rsidR="00777930" w:rsidRDefault="00000000">
      <w:pPr>
        <w:rPr>
          <w:rFonts w:hint="eastAsia"/>
          <w:lang w:eastAsia="zh-TW"/>
        </w:rPr>
      </w:pPr>
      <w:r>
        <w:rPr>
          <w:lang w:eastAsia="zh-TW"/>
        </w:rPr>
        <w:t>耐斯車隊股份有限公司</w:t>
      </w:r>
      <w:r>
        <w:rPr>
          <w:lang w:eastAsia="zh-TW"/>
        </w:rPr>
        <w:t>(</w:t>
      </w:r>
      <w:r>
        <w:rPr>
          <w:lang w:eastAsia="zh-TW"/>
        </w:rPr>
        <w:t>耐斯車隊，下稱本公司</w:t>
      </w:r>
      <w:r>
        <w:rPr>
          <w:lang w:eastAsia="zh-TW"/>
        </w:rPr>
        <w:t>)</w:t>
      </w:r>
      <w:r>
        <w:rPr>
          <w:lang w:eastAsia="zh-TW"/>
        </w:rPr>
        <w:t>為提供您更好的服務，與</w:t>
      </w:r>
      <w:r>
        <w:rPr>
          <w:lang w:eastAsia="zh-TW"/>
        </w:rPr>
        <w:t xml:space="preserve"> Uber </w:t>
      </w:r>
      <w:r>
        <w:rPr>
          <w:lang w:eastAsia="zh-TW"/>
        </w:rPr>
        <w:t>網際網路系統</w:t>
      </w:r>
      <w:r>
        <w:rPr>
          <w:lang w:eastAsia="zh-TW"/>
        </w:rPr>
        <w:t>(Uber App)</w:t>
      </w:r>
      <w:r>
        <w:rPr>
          <w:lang w:eastAsia="zh-TW"/>
        </w:rPr>
        <w:t>合作，您可透過</w:t>
      </w:r>
      <w:r>
        <w:rPr>
          <w:lang w:eastAsia="zh-TW"/>
        </w:rPr>
        <w:t xml:space="preserve"> Uber </w:t>
      </w:r>
      <w:r>
        <w:rPr>
          <w:lang w:eastAsia="zh-TW"/>
        </w:rPr>
        <w:t>網際網路系統叫車，使用本公司派遣計程車的服務。為了保障您的使用權益，當您透過</w:t>
      </w:r>
      <w:r>
        <w:rPr>
          <w:lang w:eastAsia="zh-TW"/>
        </w:rPr>
        <w:t xml:space="preserve"> Uber App </w:t>
      </w:r>
      <w:r>
        <w:rPr>
          <w:lang w:eastAsia="zh-TW"/>
        </w:rPr>
        <w:t>請求本公司派遣計程車駕駛提供旅客運送服務</w:t>
      </w:r>
      <w:r>
        <w:rPr>
          <w:lang w:eastAsia="zh-TW"/>
        </w:rPr>
        <w:t>(</w:t>
      </w:r>
      <w:r>
        <w:rPr>
          <w:lang w:eastAsia="zh-TW"/>
        </w:rPr>
        <w:t>下稱本服務</w:t>
      </w:r>
      <w:r>
        <w:rPr>
          <w:lang w:eastAsia="zh-TW"/>
        </w:rPr>
        <w:t xml:space="preserve">) </w:t>
      </w:r>
      <w:r>
        <w:rPr>
          <w:lang w:eastAsia="zh-TW"/>
        </w:rPr>
        <w:t>前，請務必詳讀以下約定條款，若您完成註冊程序或開始使用本服務，即視為您已閱讀、瞭解並同意以下各約定條款之所有內容。本公司或</w:t>
      </w:r>
      <w:r>
        <w:rPr>
          <w:lang w:eastAsia="zh-TW"/>
        </w:rPr>
        <w:t xml:space="preserve"> Uber App </w:t>
      </w:r>
      <w:r>
        <w:rPr>
          <w:lang w:eastAsia="zh-TW"/>
        </w:rPr>
        <w:t>可能會依法令變更、實際服務狀況、市場供需或其他原因變更本約定條款，您有權隨時停止使用本服務，您繼續使用視為您同意。</w:t>
      </w:r>
    </w:p>
    <w:p w14:paraId="4662072A" w14:textId="77777777" w:rsidR="00777930" w:rsidRDefault="00000000">
      <w:pPr>
        <w:rPr>
          <w:rFonts w:hint="eastAsia"/>
          <w:lang w:eastAsia="zh-TW"/>
        </w:rPr>
      </w:pPr>
      <w:r>
        <w:rPr>
          <w:lang w:eastAsia="zh-TW"/>
        </w:rPr>
        <w:t xml:space="preserve">※ </w:t>
      </w:r>
      <w:r>
        <w:rPr>
          <w:lang w:eastAsia="zh-TW"/>
        </w:rPr>
        <w:t>以下所稱之「您」，係指透過</w:t>
      </w:r>
      <w:r>
        <w:rPr>
          <w:lang w:eastAsia="zh-TW"/>
        </w:rPr>
        <w:t xml:space="preserve"> Uber App </w:t>
      </w:r>
      <w:r>
        <w:rPr>
          <w:lang w:eastAsia="zh-TW"/>
        </w:rPr>
        <w:t>接受本公司派遣計程車駕駛並使用本服務者。</w:t>
      </w:r>
    </w:p>
    <w:p w14:paraId="39B9BD6F" w14:textId="77777777" w:rsidR="00777930" w:rsidRDefault="00777930">
      <w:pPr>
        <w:rPr>
          <w:rFonts w:hint="eastAsia"/>
          <w:lang w:eastAsia="zh-TW"/>
        </w:rPr>
      </w:pPr>
    </w:p>
    <w:p w14:paraId="25A529BC" w14:textId="77777777" w:rsidR="00777930" w:rsidRDefault="00000000">
      <w:pPr>
        <w:rPr>
          <w:rFonts w:hint="eastAsia"/>
          <w:lang w:eastAsia="zh-TW"/>
        </w:rPr>
      </w:pPr>
      <w:r>
        <w:rPr>
          <w:lang w:eastAsia="zh-TW"/>
        </w:rPr>
        <w:t xml:space="preserve">1. </w:t>
      </w:r>
      <w:r>
        <w:rPr>
          <w:lang w:eastAsia="zh-TW"/>
        </w:rPr>
        <w:t>本旅客運送服務</w:t>
      </w:r>
      <w:proofErr w:type="gramStart"/>
      <w:r>
        <w:rPr>
          <w:lang w:eastAsia="zh-TW"/>
        </w:rPr>
        <w:t>係由耐斯</w:t>
      </w:r>
      <w:proofErr w:type="gramEnd"/>
      <w:r>
        <w:rPr>
          <w:lang w:eastAsia="zh-TW"/>
        </w:rPr>
        <w:t>車隊</w:t>
      </w:r>
      <w:r>
        <w:rPr>
          <w:lang w:eastAsia="zh-TW"/>
        </w:rPr>
        <w:t>(</w:t>
      </w:r>
      <w:r>
        <w:rPr>
          <w:lang w:eastAsia="zh-TW"/>
        </w:rPr>
        <w:t>下稱</w:t>
      </w:r>
      <w:r>
        <w:rPr>
          <w:lang w:eastAsia="zh-TW"/>
        </w:rPr>
        <w:t xml:space="preserve"> </w:t>
      </w:r>
      <w:r>
        <w:rPr>
          <w:lang w:eastAsia="zh-TW"/>
        </w:rPr>
        <w:t>本公司</w:t>
      </w:r>
      <w:r>
        <w:rPr>
          <w:lang w:eastAsia="zh-TW"/>
        </w:rPr>
        <w:t>)</w:t>
      </w:r>
      <w:r>
        <w:rPr>
          <w:lang w:eastAsia="zh-TW"/>
        </w:rPr>
        <w:t>提供</w:t>
      </w:r>
    </w:p>
    <w:p w14:paraId="4C3EE60A" w14:textId="225BB7DB" w:rsidR="00777930" w:rsidRPr="00D279CF" w:rsidRDefault="00000000">
      <w:pPr>
        <w:rPr>
          <w:rFonts w:eastAsia="新細明體" w:hint="eastAsia"/>
          <w:lang w:eastAsia="zh-TW"/>
        </w:rPr>
      </w:pPr>
      <w:r>
        <w:rPr>
          <w:lang w:eastAsia="zh-TW"/>
        </w:rPr>
        <w:t>地址</w:t>
      </w:r>
      <w:r>
        <w:rPr>
          <w:lang w:eastAsia="zh-TW"/>
        </w:rPr>
        <w:t xml:space="preserve">: </w:t>
      </w:r>
      <w:r w:rsidR="00D279CF">
        <w:rPr>
          <w:rFonts w:eastAsia="新細明體" w:hint="eastAsia"/>
          <w:lang w:eastAsia="zh-TW"/>
        </w:rPr>
        <w:t>新北市三重區中正南路</w:t>
      </w:r>
      <w:r w:rsidR="00D279CF">
        <w:rPr>
          <w:rFonts w:eastAsia="新細明體" w:hint="eastAsia"/>
          <w:lang w:eastAsia="zh-TW"/>
        </w:rPr>
        <w:t>269</w:t>
      </w:r>
      <w:r w:rsidR="00D279CF">
        <w:rPr>
          <w:rFonts w:eastAsia="新細明體" w:hint="eastAsia"/>
          <w:lang w:eastAsia="zh-TW"/>
        </w:rPr>
        <w:t>號</w:t>
      </w:r>
      <w:r w:rsidR="00D279CF">
        <w:rPr>
          <w:rFonts w:eastAsia="新細明體" w:hint="eastAsia"/>
          <w:lang w:eastAsia="zh-TW"/>
        </w:rPr>
        <w:t>1</w:t>
      </w:r>
      <w:r w:rsidR="00D279CF">
        <w:rPr>
          <w:rFonts w:eastAsia="新細明體" w:hint="eastAsia"/>
          <w:lang w:eastAsia="zh-TW"/>
        </w:rPr>
        <w:t>樓</w:t>
      </w:r>
    </w:p>
    <w:p w14:paraId="240BF82F" w14:textId="02093EB5" w:rsidR="00777930" w:rsidRDefault="00000000">
      <w:pPr>
        <w:rPr>
          <w:rFonts w:hint="eastAsia"/>
          <w:lang w:eastAsia="zh-TW"/>
        </w:rPr>
      </w:pPr>
      <w:r>
        <w:rPr>
          <w:lang w:eastAsia="zh-TW"/>
        </w:rPr>
        <w:t>電話</w:t>
      </w:r>
      <w:r>
        <w:rPr>
          <w:lang w:eastAsia="zh-TW"/>
        </w:rPr>
        <w:t xml:space="preserve">: </w:t>
      </w:r>
      <w:r w:rsidR="00D279CF">
        <w:rPr>
          <w:rFonts w:ascii="新細明體" w:eastAsia="新細明體" w:hAnsi="新細明體" w:hint="eastAsia"/>
          <w:lang w:eastAsia="zh-TW"/>
        </w:rPr>
        <w:t>02-29703456</w:t>
      </w:r>
    </w:p>
    <w:p w14:paraId="7A3CE1C9" w14:textId="77777777" w:rsidR="00777930" w:rsidRDefault="00777930">
      <w:pPr>
        <w:rPr>
          <w:rFonts w:hint="eastAsia"/>
          <w:lang w:eastAsia="zh-TW"/>
        </w:rPr>
      </w:pPr>
    </w:p>
    <w:p w14:paraId="0CAEDD80" w14:textId="77777777" w:rsidR="00777930" w:rsidRDefault="00000000">
      <w:pPr>
        <w:rPr>
          <w:rFonts w:hint="eastAsia"/>
          <w:lang w:eastAsia="zh-TW"/>
        </w:rPr>
      </w:pPr>
      <w:r>
        <w:rPr>
          <w:lang w:eastAsia="zh-TW"/>
        </w:rPr>
        <w:t xml:space="preserve">2. </w:t>
      </w:r>
      <w:r>
        <w:rPr>
          <w:lang w:eastAsia="zh-TW"/>
        </w:rPr>
        <w:t>帳號註冊、密碼安全性</w:t>
      </w:r>
    </w:p>
    <w:p w14:paraId="2B74262F" w14:textId="77777777" w:rsidR="00777930" w:rsidRDefault="00000000">
      <w:pPr>
        <w:rPr>
          <w:rFonts w:hint="eastAsia"/>
          <w:lang w:eastAsia="zh-TW"/>
        </w:rPr>
      </w:pPr>
      <w:r>
        <w:rPr>
          <w:lang w:eastAsia="zh-TW"/>
        </w:rPr>
        <w:t xml:space="preserve">a. </w:t>
      </w:r>
      <w:r>
        <w:rPr>
          <w:lang w:eastAsia="zh-TW"/>
        </w:rPr>
        <w:t>您必須為年滿</w:t>
      </w:r>
      <w:r>
        <w:rPr>
          <w:lang w:eastAsia="zh-TW"/>
        </w:rPr>
        <w:t xml:space="preserve"> 18 </w:t>
      </w:r>
      <w:r>
        <w:rPr>
          <w:lang w:eastAsia="zh-TW"/>
        </w:rPr>
        <w:t>歲且具有完全行為能力的自然人，或</w:t>
      </w:r>
      <w:r>
        <w:rPr>
          <w:lang w:eastAsia="zh-TW"/>
        </w:rPr>
        <w:t xml:space="preserve"> 13 </w:t>
      </w:r>
      <w:r>
        <w:rPr>
          <w:lang w:eastAsia="zh-TW"/>
        </w:rPr>
        <w:t>歲以上未滿</w:t>
      </w:r>
      <w:r>
        <w:rPr>
          <w:lang w:eastAsia="zh-TW"/>
        </w:rPr>
        <w:t xml:space="preserve"> 18 </w:t>
      </w:r>
      <w:r>
        <w:rPr>
          <w:lang w:eastAsia="zh-TW"/>
        </w:rPr>
        <w:t>歲且經您的父母或監護人同意締結本契約之青少年（下稱青少年）。且您明白您於</w:t>
      </w:r>
      <w:r>
        <w:rPr>
          <w:lang w:eastAsia="zh-TW"/>
        </w:rPr>
        <w:t xml:space="preserve"> Uber App </w:t>
      </w:r>
      <w:r>
        <w:rPr>
          <w:lang w:eastAsia="zh-TW"/>
        </w:rPr>
        <w:t>完</w:t>
      </w:r>
      <w:r>
        <w:rPr>
          <w:lang w:eastAsia="zh-TW"/>
        </w:rPr>
        <w:t xml:space="preserve"> </w:t>
      </w:r>
      <w:r>
        <w:rPr>
          <w:lang w:eastAsia="zh-TW"/>
        </w:rPr>
        <w:t>成註冊並透過</w:t>
      </w:r>
      <w:r>
        <w:rPr>
          <w:lang w:eastAsia="zh-TW"/>
        </w:rPr>
        <w:t xml:space="preserve"> Uber App </w:t>
      </w:r>
      <w:r>
        <w:rPr>
          <w:lang w:eastAsia="zh-TW"/>
        </w:rPr>
        <w:t>與本公司成立旅客運送服務契約時，您保證在註冊及使用本服務過程中提供予本公司關於叫車人的資料、以及所留存的其他資料，均為完整、正確、與實際情況相符，且該等資料均不會侵犯、侵佔、或違反第三方的知識產權或所有權權利、公開權或隱私權，或違反任何適用的法律或法規。若您為青少年用戶，當您使用本服務，即視為您與您的父母或監護人均已同意本契約之條款。若該等資料事後有變更</w:t>
      </w:r>
      <w:r>
        <w:rPr>
          <w:lang w:eastAsia="zh-TW"/>
        </w:rPr>
        <w:t xml:space="preserve"> </w:t>
      </w:r>
      <w:r>
        <w:rPr>
          <w:lang w:eastAsia="zh-TW"/>
        </w:rPr>
        <w:t>，您必須即時通知本公司或本公司所委託之</w:t>
      </w:r>
      <w:r>
        <w:rPr>
          <w:lang w:eastAsia="zh-TW"/>
        </w:rPr>
        <w:t xml:space="preserve"> Uber App; </w:t>
      </w:r>
      <w:r>
        <w:rPr>
          <w:lang w:eastAsia="zh-TW"/>
        </w:rPr>
        <w:t>若事後發現資料不符、資料變更而未即時通知本公司或本公司所委託之</w:t>
      </w:r>
      <w:r>
        <w:rPr>
          <w:lang w:eastAsia="zh-TW"/>
        </w:rPr>
        <w:t xml:space="preserve"> Uber App </w:t>
      </w:r>
      <w:r>
        <w:rPr>
          <w:lang w:eastAsia="zh-TW"/>
        </w:rPr>
        <w:t>或違反任何前述保證事項，本公司保有得隨時拒絕對您提供本服務之一部或全部，且本公司不因此而承擔任何責任。</w:t>
      </w:r>
    </w:p>
    <w:p w14:paraId="21E992C5" w14:textId="77777777" w:rsidR="00777930" w:rsidRDefault="00000000">
      <w:pPr>
        <w:rPr>
          <w:rFonts w:hint="eastAsia"/>
          <w:lang w:eastAsia="zh-TW"/>
        </w:rPr>
      </w:pPr>
      <w:r>
        <w:rPr>
          <w:lang w:eastAsia="zh-TW"/>
        </w:rPr>
        <w:t xml:space="preserve">b. </w:t>
      </w:r>
      <w:r>
        <w:rPr>
          <w:lang w:eastAsia="zh-TW"/>
        </w:rPr>
        <w:t>您同意對於您以本公司所委託的</w:t>
      </w:r>
      <w:r>
        <w:rPr>
          <w:lang w:eastAsia="zh-TW"/>
        </w:rPr>
        <w:t xml:space="preserve"> Uber App </w:t>
      </w:r>
      <w:r>
        <w:rPr>
          <w:lang w:eastAsia="zh-TW"/>
        </w:rPr>
        <w:t>註冊所取得之帳號和密碼盡妥善保管及保密之義務，且不得以有償或無償等任何方式透露或提供予第三人登錄、使用，</w:t>
      </w:r>
      <w:r>
        <w:rPr>
          <w:lang w:eastAsia="zh-TW"/>
        </w:rPr>
        <w:t xml:space="preserve"> </w:t>
      </w:r>
      <w:r>
        <w:rPr>
          <w:lang w:eastAsia="zh-TW"/>
        </w:rPr>
        <w:t>任何經由該組帳號及密碼所為之全部行為，概由註冊該帳號之使用者負責任。</w:t>
      </w:r>
    </w:p>
    <w:p w14:paraId="18B0642A" w14:textId="77777777" w:rsidR="00777930" w:rsidRDefault="00000000">
      <w:pPr>
        <w:rPr>
          <w:rFonts w:hint="eastAsia"/>
          <w:lang w:eastAsia="zh-TW"/>
        </w:rPr>
      </w:pPr>
      <w:r>
        <w:rPr>
          <w:lang w:eastAsia="zh-TW"/>
        </w:rPr>
        <w:lastRenderedPageBreak/>
        <w:t xml:space="preserve">c. </w:t>
      </w:r>
      <w:r>
        <w:rPr>
          <w:lang w:eastAsia="zh-TW"/>
        </w:rPr>
        <w:t>若因您的故意或過失導致之任何損失應由您自行承擔，該過失包括但不限於</w:t>
      </w:r>
      <w:r>
        <w:rPr>
          <w:lang w:eastAsia="zh-TW"/>
        </w:rPr>
        <w:t xml:space="preserve">: </w:t>
      </w:r>
      <w:r>
        <w:rPr>
          <w:lang w:eastAsia="zh-TW"/>
        </w:rPr>
        <w:t>遺忘或洩漏密碼、密碼遭他人破解或您使用之電腦或手機遭入侵等情形。</w:t>
      </w:r>
    </w:p>
    <w:p w14:paraId="41FF5582" w14:textId="77777777" w:rsidR="00777930" w:rsidRDefault="00777930">
      <w:pPr>
        <w:rPr>
          <w:rFonts w:hint="eastAsia"/>
          <w:lang w:eastAsia="zh-TW"/>
        </w:rPr>
      </w:pPr>
    </w:p>
    <w:p w14:paraId="7B80232E" w14:textId="77777777" w:rsidR="00777930" w:rsidRDefault="00000000">
      <w:pPr>
        <w:rPr>
          <w:rFonts w:hint="eastAsia"/>
          <w:lang w:eastAsia="zh-TW"/>
        </w:rPr>
      </w:pPr>
      <w:r>
        <w:rPr>
          <w:lang w:eastAsia="zh-TW"/>
        </w:rPr>
        <w:t xml:space="preserve">3. </w:t>
      </w:r>
      <w:r>
        <w:rPr>
          <w:lang w:eastAsia="zh-TW"/>
        </w:rPr>
        <w:t>費率及付款方式</w:t>
      </w:r>
    </w:p>
    <w:p w14:paraId="7DD29C6F" w14:textId="77777777" w:rsidR="00777930" w:rsidRDefault="00000000">
      <w:pPr>
        <w:rPr>
          <w:rFonts w:hint="eastAsia"/>
          <w:lang w:eastAsia="zh-TW"/>
        </w:rPr>
      </w:pPr>
      <w:r>
        <w:rPr>
          <w:lang w:eastAsia="zh-TW"/>
        </w:rPr>
        <w:t xml:space="preserve">a. </w:t>
      </w:r>
      <w:r>
        <w:rPr>
          <w:lang w:eastAsia="zh-TW"/>
        </w:rPr>
        <w:t>作為本服務及其他服務之對價，您同意向本公司支付應付車資及其他適用之費用（例如：處理費及取消費）。若您透過</w:t>
      </w:r>
      <w:r>
        <w:rPr>
          <w:lang w:eastAsia="zh-TW"/>
        </w:rPr>
        <w:t xml:space="preserve"> Uber App </w:t>
      </w:r>
      <w:r>
        <w:rPr>
          <w:lang w:eastAsia="zh-TW"/>
        </w:rPr>
        <w:t>叫車，輸入上、下車地點時，將預先顯示您應支付費用之總額（包含應付車資及其他適用之費用），當您確認預約行程時，即代表您同意向本公司支付前述費用。</w:t>
      </w:r>
    </w:p>
    <w:p w14:paraId="13C850ED" w14:textId="77777777" w:rsidR="00777930" w:rsidRDefault="00000000">
      <w:pPr>
        <w:rPr>
          <w:rFonts w:hint="eastAsia"/>
          <w:lang w:eastAsia="zh-TW"/>
        </w:rPr>
      </w:pPr>
      <w:r>
        <w:rPr>
          <w:lang w:eastAsia="zh-TW"/>
        </w:rPr>
        <w:t xml:space="preserve">b. </w:t>
      </w:r>
      <w:r>
        <w:rPr>
          <w:lang w:eastAsia="zh-TW"/>
        </w:rPr>
        <w:t>本公司遵循政府規定規劃費率，並以該費率作為您每次叫車時顯示之應付車資之計算基礎，若費率表有變更，本公司會委託</w:t>
      </w:r>
      <w:r>
        <w:rPr>
          <w:lang w:eastAsia="zh-TW"/>
        </w:rPr>
        <w:t xml:space="preserve"> Uber App </w:t>
      </w:r>
      <w:r>
        <w:rPr>
          <w:lang w:eastAsia="zh-TW"/>
        </w:rPr>
        <w:t>公布相關變更及將之刊載於本公司之網際網路平台首頁。</w:t>
      </w:r>
    </w:p>
    <w:p w14:paraId="06D55EA8" w14:textId="77777777" w:rsidR="00777930" w:rsidRDefault="00000000">
      <w:pPr>
        <w:rPr>
          <w:rFonts w:hint="eastAsia"/>
          <w:lang w:eastAsia="zh-TW"/>
        </w:rPr>
      </w:pPr>
      <w:r>
        <w:rPr>
          <w:lang w:eastAsia="zh-TW"/>
        </w:rPr>
        <w:t xml:space="preserve">c. </w:t>
      </w:r>
      <w:r>
        <w:rPr>
          <w:lang w:eastAsia="zh-TW"/>
        </w:rPr>
        <w:t>您透過</w:t>
      </w:r>
      <w:r>
        <w:rPr>
          <w:lang w:eastAsia="zh-TW"/>
        </w:rPr>
        <w:t xml:space="preserve"> Uber App </w:t>
      </w:r>
      <w:r>
        <w:rPr>
          <w:lang w:eastAsia="zh-TW"/>
        </w:rPr>
        <w:t>叫車時已同意本公司派遣車隊之計程車駕駛及預估行駛路線、應付車資金額，本公司將依據該應付車資收費。惟如實際行駛路線或行程時間因故改變（包含但不限於行駛您所指定之偏好路線，或交通、</w:t>
      </w:r>
      <w:proofErr w:type="gramStart"/>
      <w:r>
        <w:rPr>
          <w:lang w:eastAsia="zh-TW"/>
        </w:rPr>
        <w:t>道路出現狀況等因素</w:t>
      </w:r>
      <w:r>
        <w:rPr>
          <w:lang w:eastAsia="zh-TW"/>
        </w:rPr>
        <w:t>)</w:t>
      </w:r>
      <w:r>
        <w:rPr>
          <w:lang w:eastAsia="zh-TW"/>
        </w:rPr>
        <w:t>、</w:t>
      </w:r>
      <w:proofErr w:type="gramEnd"/>
      <w:r>
        <w:rPr>
          <w:lang w:eastAsia="zh-TW"/>
        </w:rPr>
        <w:t>您增減或變更停靠站、變更您的目的地，或本公司派遣之計程車駕駛在您指定的地點（包括但不限於停靠地點）等待過久，您知悉並同意預估應付車資將有可能產生異動。</w:t>
      </w:r>
    </w:p>
    <w:p w14:paraId="429CFC3E" w14:textId="77777777" w:rsidR="00777930" w:rsidRDefault="00000000">
      <w:pPr>
        <w:rPr>
          <w:rFonts w:hint="eastAsia"/>
          <w:lang w:eastAsia="zh-TW"/>
        </w:rPr>
      </w:pPr>
      <w:r>
        <w:rPr>
          <w:lang w:eastAsia="zh-TW"/>
        </w:rPr>
        <w:t xml:space="preserve">d. </w:t>
      </w:r>
      <w:r>
        <w:rPr>
          <w:lang w:eastAsia="zh-TW"/>
        </w:rPr>
        <w:t>本服務概以電子支付方式給付車資，您應於進行註冊時綁定信用卡或</w:t>
      </w:r>
      <w:r>
        <w:rPr>
          <w:lang w:eastAsia="zh-TW"/>
        </w:rPr>
        <w:t>Line Pay</w:t>
      </w:r>
      <w:r>
        <w:rPr>
          <w:lang w:eastAsia="zh-TW"/>
        </w:rPr>
        <w:t>作為付款方式，並保證該綁定信用卡之卡號、持卡人等相關資訊之真實性。</w:t>
      </w:r>
    </w:p>
    <w:p w14:paraId="1B85AC9E" w14:textId="77777777" w:rsidR="00777930" w:rsidRDefault="00000000">
      <w:pPr>
        <w:rPr>
          <w:rFonts w:hint="eastAsia"/>
          <w:lang w:eastAsia="zh-TW"/>
        </w:rPr>
      </w:pPr>
      <w:r>
        <w:rPr>
          <w:lang w:eastAsia="zh-TW"/>
        </w:rPr>
        <w:t xml:space="preserve">e. </w:t>
      </w:r>
      <w:r>
        <w:rPr>
          <w:lang w:eastAsia="zh-TW"/>
        </w:rPr>
        <w:t>您透過</w:t>
      </w:r>
      <w:r>
        <w:rPr>
          <w:lang w:eastAsia="zh-TW"/>
        </w:rPr>
        <w:t xml:space="preserve"> Uber App </w:t>
      </w:r>
      <w:r>
        <w:rPr>
          <w:lang w:eastAsia="zh-TW"/>
        </w:rPr>
        <w:t>叫車時，本公司可能額外收取叫車費</w:t>
      </w:r>
      <w:r>
        <w:rPr>
          <w:lang w:eastAsia="zh-TW"/>
        </w:rPr>
        <w:t xml:space="preserve"> 7 </w:t>
      </w:r>
      <w:r>
        <w:rPr>
          <w:lang w:eastAsia="zh-TW"/>
        </w:rPr>
        <w:t>元，以確保車輛資訊即時串接運作及叫車流程順暢。若有收取該費用，將於您叫車時與應付車資一併顯示於</w:t>
      </w:r>
      <w:r>
        <w:rPr>
          <w:lang w:eastAsia="zh-TW"/>
        </w:rPr>
        <w:t>Uber App</w:t>
      </w:r>
      <w:r>
        <w:rPr>
          <w:lang w:eastAsia="zh-TW"/>
        </w:rPr>
        <w:t>所呈現之應支付費用總額中。</w:t>
      </w:r>
    </w:p>
    <w:p w14:paraId="723BF7EC" w14:textId="77777777" w:rsidR="00777930" w:rsidRDefault="00000000">
      <w:pPr>
        <w:rPr>
          <w:rFonts w:hint="eastAsia"/>
          <w:lang w:eastAsia="zh-TW"/>
        </w:rPr>
      </w:pPr>
      <w:r>
        <w:rPr>
          <w:lang w:eastAsia="zh-TW"/>
        </w:rPr>
        <w:t xml:space="preserve">f. </w:t>
      </w:r>
      <w:r>
        <w:rPr>
          <w:lang w:eastAsia="zh-TW"/>
        </w:rPr>
        <w:t>於您確認預訂行程後，由於本公司已派遣計程車駕駛人前往接您，本公司派遣之駕駛已有油耗並已失去其他接受派遣的機會，故當符合以下情形時，本公司將會依照您預定車型的不同收取</w:t>
      </w:r>
      <w:r>
        <w:rPr>
          <w:lang w:eastAsia="zh-TW"/>
        </w:rPr>
        <w:t xml:space="preserve"> 40 </w:t>
      </w:r>
      <w:r>
        <w:rPr>
          <w:lang w:eastAsia="zh-TW"/>
        </w:rPr>
        <w:t>元至</w:t>
      </w:r>
      <w:r>
        <w:rPr>
          <w:lang w:eastAsia="zh-TW"/>
        </w:rPr>
        <w:t xml:space="preserve"> 100 </w:t>
      </w:r>
      <w:r>
        <w:rPr>
          <w:lang w:eastAsia="zh-TW"/>
        </w:rPr>
        <w:t>元不等之取消費</w:t>
      </w:r>
      <w:proofErr w:type="gramStart"/>
      <w:r>
        <w:rPr>
          <w:lang w:eastAsia="zh-TW"/>
        </w:rPr>
        <w:t>：</w:t>
      </w:r>
      <w:r>
        <w:rPr>
          <w:lang w:eastAsia="zh-TW"/>
        </w:rPr>
        <w:t>(1)</w:t>
      </w:r>
      <w:r>
        <w:rPr>
          <w:lang w:eastAsia="zh-TW"/>
        </w:rPr>
        <w:t>您主動取消行程</w:t>
      </w:r>
      <w:proofErr w:type="gramEnd"/>
      <w:r>
        <w:rPr>
          <w:lang w:eastAsia="zh-TW"/>
        </w:rPr>
        <w:t>：您可以隨時取消預訂之行程，惟當您在確認叫車後</w:t>
      </w:r>
      <w:r>
        <w:rPr>
          <w:lang w:eastAsia="zh-TW"/>
        </w:rPr>
        <w:t xml:space="preserve"> 3 </w:t>
      </w:r>
      <w:r>
        <w:rPr>
          <w:lang w:eastAsia="zh-TW"/>
        </w:rPr>
        <w:t>分鐘始取消行程，且本公司已派遣駕駛前往指定上車地點時</w:t>
      </w:r>
      <w:proofErr w:type="gramStart"/>
      <w:r>
        <w:rPr>
          <w:lang w:eastAsia="zh-TW"/>
        </w:rPr>
        <w:t>；</w:t>
      </w:r>
      <w:r>
        <w:rPr>
          <w:lang w:eastAsia="zh-TW"/>
        </w:rPr>
        <w:t>(</w:t>
      </w:r>
      <w:proofErr w:type="gramEnd"/>
      <w:r>
        <w:rPr>
          <w:lang w:eastAsia="zh-TW"/>
        </w:rPr>
        <w:t xml:space="preserve">2) </w:t>
      </w:r>
      <w:r>
        <w:rPr>
          <w:lang w:eastAsia="zh-TW"/>
        </w:rPr>
        <w:t>您超時抵達指定上車地點：自您於</w:t>
      </w:r>
      <w:r>
        <w:rPr>
          <w:lang w:eastAsia="zh-TW"/>
        </w:rPr>
        <w:t xml:space="preserve"> Uber App </w:t>
      </w:r>
      <w:r>
        <w:rPr>
          <w:lang w:eastAsia="zh-TW"/>
        </w:rPr>
        <w:t>內收到「在上車點碰面」訊息後，駕駛將於上車地點等待您若干分鐘（相關細節於應用程式內公告），惟當您未於此段時間內上車，駕駛主動取消行程時。取消費之標準為六人座優步為</w:t>
      </w:r>
      <w:r>
        <w:rPr>
          <w:lang w:eastAsia="zh-TW"/>
        </w:rPr>
        <w:t xml:space="preserve"> 80 </w:t>
      </w:r>
      <w:r>
        <w:rPr>
          <w:lang w:eastAsia="zh-TW"/>
        </w:rPr>
        <w:t>元、尊榮優步為</w:t>
      </w:r>
      <w:r>
        <w:rPr>
          <w:lang w:eastAsia="zh-TW"/>
        </w:rPr>
        <w:t xml:space="preserve"> 100 </w:t>
      </w:r>
      <w:r>
        <w:rPr>
          <w:lang w:eastAsia="zh-TW"/>
        </w:rPr>
        <w:t>元、六人座及尊榮優步以外之其他車型為</w:t>
      </w:r>
      <w:r>
        <w:rPr>
          <w:lang w:eastAsia="zh-TW"/>
        </w:rPr>
        <w:t xml:space="preserve"> 40 </w:t>
      </w:r>
      <w:r>
        <w:rPr>
          <w:lang w:eastAsia="zh-TW"/>
        </w:rPr>
        <w:t>元，若您對此費用有疑義，皆可透過客服管道向本公司反映。</w:t>
      </w:r>
    </w:p>
    <w:p w14:paraId="01A3005D" w14:textId="77777777" w:rsidR="00777930" w:rsidRDefault="00000000">
      <w:pPr>
        <w:rPr>
          <w:rFonts w:hint="eastAsia"/>
          <w:lang w:eastAsia="zh-TW"/>
        </w:rPr>
      </w:pPr>
      <w:r>
        <w:rPr>
          <w:lang w:eastAsia="zh-TW"/>
        </w:rPr>
        <w:t xml:space="preserve">g. </w:t>
      </w:r>
      <w:r>
        <w:rPr>
          <w:lang w:eastAsia="zh-TW"/>
        </w:rPr>
        <w:t>本公司同時提供行程開始前</w:t>
      </w:r>
      <w:r>
        <w:rPr>
          <w:lang w:eastAsia="zh-TW"/>
        </w:rPr>
        <w:t xml:space="preserve"> 90 </w:t>
      </w:r>
      <w:r>
        <w:rPr>
          <w:lang w:eastAsia="zh-TW"/>
        </w:rPr>
        <w:t>天的付費預約乘車功能，您可以透過</w:t>
      </w:r>
      <w:r>
        <w:rPr>
          <w:lang w:eastAsia="zh-TW"/>
        </w:rPr>
        <w:t xml:space="preserve"> Uber App </w:t>
      </w:r>
      <w:r>
        <w:rPr>
          <w:lang w:eastAsia="zh-TW"/>
        </w:rPr>
        <w:t>提前預約行程。由於預約乘車功能將使駕駛在預約行程開始前</w:t>
      </w:r>
      <w:r>
        <w:rPr>
          <w:lang w:eastAsia="zh-TW"/>
        </w:rPr>
        <w:t xml:space="preserve"> 1 </w:t>
      </w:r>
      <w:r>
        <w:rPr>
          <w:lang w:eastAsia="zh-TW"/>
        </w:rPr>
        <w:t>小時無法接受任何行程派案，故當您使用此功能，於預約行程完成後，您將需依據預約車型的不同而額外支付預約費給提供搭乘服務的駕駛。該預約</w:t>
      </w:r>
      <w:r>
        <w:rPr>
          <w:lang w:eastAsia="zh-TW"/>
        </w:rPr>
        <w:lastRenderedPageBreak/>
        <w:t>費之數額將於下表所示最高上限及最低下限之數額區間，由系統依照您所預約的車型、日期、時間、地區及當下之供需狀況等，於該數額區間內產生，並向您收取：</w:t>
      </w:r>
    </w:p>
    <w:p w14:paraId="6551AB5A" w14:textId="77777777" w:rsidR="00777930" w:rsidRDefault="00000000">
      <w:pPr>
        <w:rPr>
          <w:rFonts w:hint="eastAsia"/>
          <w:lang w:eastAsia="zh-TW"/>
        </w:rPr>
      </w:pPr>
      <w:r>
        <w:rPr>
          <w:lang w:eastAsia="zh-TW"/>
        </w:rPr>
        <w:t>最高上限：標準</w:t>
      </w:r>
      <w:proofErr w:type="gramStart"/>
      <w:r>
        <w:rPr>
          <w:lang w:eastAsia="zh-TW"/>
        </w:rPr>
        <w:t>型優步</w:t>
      </w:r>
      <w:proofErr w:type="gramEnd"/>
      <w:r>
        <w:rPr>
          <w:lang w:eastAsia="zh-TW"/>
        </w:rPr>
        <w:t xml:space="preserve"> 215</w:t>
      </w:r>
      <w:r>
        <w:rPr>
          <w:lang w:eastAsia="zh-TW"/>
        </w:rPr>
        <w:t>元、</w:t>
      </w:r>
      <w:proofErr w:type="gramStart"/>
      <w:r>
        <w:rPr>
          <w:lang w:eastAsia="zh-TW"/>
        </w:rPr>
        <w:t>減碳優步</w:t>
      </w:r>
      <w:proofErr w:type="gramEnd"/>
      <w:r>
        <w:rPr>
          <w:lang w:eastAsia="zh-TW"/>
        </w:rPr>
        <w:t xml:space="preserve"> 215</w:t>
      </w:r>
      <w:r>
        <w:rPr>
          <w:lang w:eastAsia="zh-TW"/>
        </w:rPr>
        <w:t>元、</w:t>
      </w:r>
      <w:proofErr w:type="gramStart"/>
      <w:r>
        <w:rPr>
          <w:lang w:eastAsia="zh-TW"/>
        </w:rPr>
        <w:t>舒適優步</w:t>
      </w:r>
      <w:proofErr w:type="gramEnd"/>
      <w:r>
        <w:rPr>
          <w:lang w:eastAsia="zh-TW"/>
        </w:rPr>
        <w:t xml:space="preserve"> 198</w:t>
      </w:r>
      <w:r>
        <w:rPr>
          <w:lang w:eastAsia="zh-TW"/>
        </w:rPr>
        <w:t>元、商務</w:t>
      </w:r>
      <w:proofErr w:type="gramStart"/>
      <w:r>
        <w:rPr>
          <w:lang w:eastAsia="zh-TW"/>
        </w:rPr>
        <w:t>舒適優步</w:t>
      </w:r>
      <w:proofErr w:type="gramEnd"/>
      <w:r>
        <w:rPr>
          <w:lang w:eastAsia="zh-TW"/>
        </w:rPr>
        <w:t xml:space="preserve"> 198</w:t>
      </w:r>
      <w:r>
        <w:rPr>
          <w:lang w:eastAsia="zh-TW"/>
        </w:rPr>
        <w:t>元、六人</w:t>
      </w:r>
      <w:proofErr w:type="gramStart"/>
      <w:r>
        <w:rPr>
          <w:lang w:eastAsia="zh-TW"/>
        </w:rPr>
        <w:t>座優步</w:t>
      </w:r>
      <w:proofErr w:type="gramEnd"/>
      <w:r>
        <w:rPr>
          <w:lang w:eastAsia="zh-TW"/>
        </w:rPr>
        <w:t xml:space="preserve"> 189</w:t>
      </w:r>
      <w:r>
        <w:rPr>
          <w:lang w:eastAsia="zh-TW"/>
        </w:rPr>
        <w:t>元、</w:t>
      </w:r>
      <w:proofErr w:type="gramStart"/>
      <w:r>
        <w:rPr>
          <w:lang w:eastAsia="zh-TW"/>
        </w:rPr>
        <w:t>純電舒適優步</w:t>
      </w:r>
      <w:proofErr w:type="gramEnd"/>
      <w:r>
        <w:rPr>
          <w:lang w:eastAsia="zh-TW"/>
        </w:rPr>
        <w:t xml:space="preserve"> 181</w:t>
      </w:r>
      <w:r>
        <w:rPr>
          <w:lang w:eastAsia="zh-TW"/>
        </w:rPr>
        <w:t>元、加大六人</w:t>
      </w:r>
      <w:proofErr w:type="gramStart"/>
      <w:r>
        <w:rPr>
          <w:lang w:eastAsia="zh-TW"/>
        </w:rPr>
        <w:t>座優步</w:t>
      </w:r>
      <w:proofErr w:type="gramEnd"/>
      <w:r>
        <w:rPr>
          <w:lang w:eastAsia="zh-TW"/>
        </w:rPr>
        <w:t xml:space="preserve"> 181</w:t>
      </w:r>
      <w:r>
        <w:rPr>
          <w:lang w:eastAsia="zh-TW"/>
        </w:rPr>
        <w:t>元、</w:t>
      </w:r>
      <w:proofErr w:type="gramStart"/>
      <w:r>
        <w:rPr>
          <w:lang w:eastAsia="zh-TW"/>
        </w:rPr>
        <w:t>毛孩優步</w:t>
      </w:r>
      <w:proofErr w:type="gramEnd"/>
      <w:r>
        <w:rPr>
          <w:lang w:eastAsia="zh-TW"/>
        </w:rPr>
        <w:t xml:space="preserve"> 175</w:t>
      </w:r>
      <w:r>
        <w:rPr>
          <w:lang w:eastAsia="zh-TW"/>
        </w:rPr>
        <w:t>元、</w:t>
      </w:r>
      <w:proofErr w:type="gramStart"/>
      <w:r>
        <w:rPr>
          <w:lang w:eastAsia="zh-TW"/>
        </w:rPr>
        <w:t>寶寶優步</w:t>
      </w:r>
      <w:proofErr w:type="gramEnd"/>
      <w:r>
        <w:rPr>
          <w:lang w:eastAsia="zh-TW"/>
        </w:rPr>
        <w:t xml:space="preserve"> 155</w:t>
      </w:r>
      <w:r>
        <w:rPr>
          <w:lang w:eastAsia="zh-TW"/>
        </w:rPr>
        <w:t>元、尊</w:t>
      </w:r>
      <w:proofErr w:type="gramStart"/>
      <w:r>
        <w:rPr>
          <w:lang w:eastAsia="zh-TW"/>
        </w:rPr>
        <w:t>榮優步</w:t>
      </w:r>
      <w:proofErr w:type="gramEnd"/>
      <w:r>
        <w:rPr>
          <w:lang w:eastAsia="zh-TW"/>
        </w:rPr>
        <w:t xml:space="preserve"> 322</w:t>
      </w:r>
      <w:r>
        <w:rPr>
          <w:lang w:eastAsia="zh-TW"/>
        </w:rPr>
        <w:t>元、</w:t>
      </w:r>
      <w:proofErr w:type="gramStart"/>
      <w:r>
        <w:rPr>
          <w:lang w:eastAsia="zh-TW"/>
        </w:rPr>
        <w:t>關懷優步</w:t>
      </w:r>
      <w:proofErr w:type="gramEnd"/>
      <w:r>
        <w:rPr>
          <w:lang w:eastAsia="zh-TW"/>
        </w:rPr>
        <w:t xml:space="preserve"> 150</w:t>
      </w:r>
      <w:r>
        <w:rPr>
          <w:lang w:eastAsia="zh-TW"/>
        </w:rPr>
        <w:t>元。最低下限</w:t>
      </w:r>
      <w:r>
        <w:rPr>
          <w:lang w:eastAsia="zh-TW"/>
        </w:rPr>
        <w:t xml:space="preserve"> 0</w:t>
      </w:r>
      <w:r>
        <w:rPr>
          <w:lang w:eastAsia="zh-TW"/>
        </w:rPr>
        <w:t>元。</w:t>
      </w:r>
    </w:p>
    <w:p w14:paraId="0927850D" w14:textId="77777777" w:rsidR="00777930" w:rsidRDefault="00000000">
      <w:pPr>
        <w:rPr>
          <w:rFonts w:hint="eastAsia"/>
          <w:lang w:eastAsia="zh-TW"/>
        </w:rPr>
      </w:pPr>
      <w:r>
        <w:rPr>
          <w:lang w:eastAsia="zh-TW"/>
        </w:rPr>
        <w:t>若您於預約行程開始前一小時內取消預約行程，或因遲到、無故未出現達</w:t>
      </w:r>
      <w:r>
        <w:rPr>
          <w:lang w:eastAsia="zh-TW"/>
        </w:rPr>
        <w:t xml:space="preserve"> 5 </w:t>
      </w:r>
      <w:r>
        <w:rPr>
          <w:lang w:eastAsia="zh-TW"/>
        </w:rPr>
        <w:t>分鐘以上經駕駛取消行程者，本公司因駕駛已有付出驅車成本且失去其他遭派遣機會，故必須向您收取依據預約車型而不同的新台幣</w:t>
      </w:r>
      <w:r>
        <w:rPr>
          <w:lang w:eastAsia="zh-TW"/>
        </w:rPr>
        <w:t xml:space="preserve"> 120 </w:t>
      </w:r>
      <w:r>
        <w:rPr>
          <w:lang w:eastAsia="zh-TW"/>
        </w:rPr>
        <w:t>元或</w:t>
      </w:r>
      <w:r>
        <w:rPr>
          <w:lang w:eastAsia="zh-TW"/>
        </w:rPr>
        <w:t xml:space="preserve"> 150 </w:t>
      </w:r>
      <w:r>
        <w:rPr>
          <w:lang w:eastAsia="zh-TW"/>
        </w:rPr>
        <w:t>元之取消費，各車型之取消費將於您預約行程時於</w:t>
      </w:r>
      <w:r>
        <w:rPr>
          <w:lang w:eastAsia="zh-TW"/>
        </w:rPr>
        <w:t xml:space="preserve"> Uber App</w:t>
      </w:r>
      <w:r>
        <w:rPr>
          <w:lang w:eastAsia="zh-TW"/>
        </w:rPr>
        <w:t>上顯示。惟若您於預約行程開始前一小時以前取消預約行程，或駕駛因遲到、無故未出現達</w:t>
      </w:r>
      <w:r>
        <w:rPr>
          <w:lang w:eastAsia="zh-TW"/>
        </w:rPr>
        <w:t>5</w:t>
      </w:r>
      <w:r>
        <w:rPr>
          <w:lang w:eastAsia="zh-TW"/>
        </w:rPr>
        <w:t>分鐘以上並經您取消行程時，您將無需支付任何前述費用。</w:t>
      </w:r>
    </w:p>
    <w:p w14:paraId="4C27EB22" w14:textId="77777777" w:rsidR="00777930" w:rsidRDefault="00000000">
      <w:pPr>
        <w:rPr>
          <w:rFonts w:hint="eastAsia"/>
          <w:lang w:eastAsia="zh-TW"/>
        </w:rPr>
      </w:pPr>
      <w:r>
        <w:rPr>
          <w:lang w:eastAsia="zh-TW"/>
        </w:rPr>
        <w:t xml:space="preserve">h. </w:t>
      </w:r>
      <w:r>
        <w:rPr>
          <w:lang w:eastAsia="zh-TW"/>
        </w:rPr>
        <w:t>前項付費預約乘車功能費用之收取不適用第</w:t>
      </w:r>
      <w:r>
        <w:rPr>
          <w:lang w:eastAsia="zh-TW"/>
        </w:rPr>
        <w:t>f</w:t>
      </w:r>
      <w:r>
        <w:rPr>
          <w:lang w:eastAsia="zh-TW"/>
        </w:rPr>
        <w:t>項約定，而若您對本公司因本契約之費用有任何異議，均可透過</w:t>
      </w:r>
      <w:r>
        <w:rPr>
          <w:lang w:eastAsia="zh-TW"/>
        </w:rPr>
        <w:t xml:space="preserve"> Uber App </w:t>
      </w:r>
      <w:r>
        <w:rPr>
          <w:lang w:eastAsia="zh-TW"/>
        </w:rPr>
        <w:t>的客服管道提出，本公司將於確認後辦理退款或點數給您。</w:t>
      </w:r>
    </w:p>
    <w:p w14:paraId="32746606" w14:textId="77777777" w:rsidR="00777930" w:rsidRDefault="00777930">
      <w:pPr>
        <w:rPr>
          <w:rFonts w:hint="eastAsia"/>
          <w:lang w:eastAsia="zh-TW"/>
        </w:rPr>
      </w:pPr>
    </w:p>
    <w:p w14:paraId="367AB285" w14:textId="77777777" w:rsidR="00777930" w:rsidRDefault="00000000">
      <w:pPr>
        <w:rPr>
          <w:rFonts w:hint="eastAsia"/>
          <w:lang w:eastAsia="zh-TW"/>
        </w:rPr>
      </w:pPr>
      <w:r>
        <w:rPr>
          <w:lang w:eastAsia="zh-TW"/>
        </w:rPr>
        <w:t xml:space="preserve">4. </w:t>
      </w:r>
      <w:r>
        <w:rPr>
          <w:lang w:eastAsia="zh-TW"/>
        </w:rPr>
        <w:t>本公司將於報公路主管機關備查後，提供您搭車之優惠或折扣，優惠或折扣將</w:t>
      </w:r>
      <w:r>
        <w:rPr>
          <w:lang w:eastAsia="zh-TW"/>
        </w:rPr>
        <w:t xml:space="preserve"> </w:t>
      </w:r>
      <w:r>
        <w:rPr>
          <w:lang w:eastAsia="zh-TW"/>
        </w:rPr>
        <w:t>透過</w:t>
      </w:r>
      <w:r>
        <w:rPr>
          <w:lang w:eastAsia="zh-TW"/>
        </w:rPr>
        <w:t xml:space="preserve"> Uber App </w:t>
      </w:r>
      <w:r>
        <w:rPr>
          <w:lang w:eastAsia="zh-TW"/>
        </w:rPr>
        <w:t>推播優惠序號。您同意，優惠序號</w:t>
      </w:r>
      <w:r>
        <w:rPr>
          <w:lang w:eastAsia="zh-TW"/>
        </w:rPr>
        <w:t>: (</w:t>
      </w:r>
      <w:proofErr w:type="spellStart"/>
      <w:r>
        <w:rPr>
          <w:lang w:eastAsia="zh-TW"/>
        </w:rPr>
        <w:t>i</w:t>
      </w:r>
      <w:proofErr w:type="spellEnd"/>
      <w:r>
        <w:rPr>
          <w:lang w:eastAsia="zh-TW"/>
        </w:rPr>
        <w:t>)</w:t>
      </w:r>
      <w:r>
        <w:rPr>
          <w:lang w:eastAsia="zh-TW"/>
        </w:rPr>
        <w:t>須透過合法手段用於預期受眾及目的</w:t>
      </w:r>
      <w:r>
        <w:rPr>
          <w:lang w:eastAsia="zh-TW"/>
        </w:rPr>
        <w:t>; (ii)</w:t>
      </w:r>
      <w:r>
        <w:rPr>
          <w:lang w:eastAsia="zh-TW"/>
        </w:rPr>
        <w:t>不得以任何方式複製、出售、轉讓或公開</w:t>
      </w:r>
      <w:r>
        <w:rPr>
          <w:lang w:eastAsia="zh-TW"/>
        </w:rPr>
        <w:t xml:space="preserve"> (</w:t>
      </w:r>
      <w:r>
        <w:rPr>
          <w:lang w:eastAsia="zh-TW"/>
        </w:rPr>
        <w:t>無論是以公共形式或其他形式公佈</w:t>
      </w:r>
      <w:r>
        <w:rPr>
          <w:lang w:eastAsia="zh-TW"/>
        </w:rPr>
        <w:t>)</w:t>
      </w:r>
      <w:r>
        <w:rPr>
          <w:lang w:eastAsia="zh-TW"/>
        </w:rPr>
        <w:t>，除非獲本公司明確許可</w:t>
      </w:r>
      <w:r>
        <w:rPr>
          <w:lang w:eastAsia="zh-TW"/>
        </w:rPr>
        <w:t>; (iii)</w:t>
      </w:r>
      <w:r>
        <w:rPr>
          <w:lang w:eastAsia="zh-TW"/>
        </w:rPr>
        <w:t>可能隨時由本公司透過</w:t>
      </w:r>
      <w:r>
        <w:rPr>
          <w:lang w:eastAsia="zh-TW"/>
        </w:rPr>
        <w:t xml:space="preserve"> Uber App </w:t>
      </w:r>
      <w:r>
        <w:rPr>
          <w:lang w:eastAsia="zh-TW"/>
        </w:rPr>
        <w:t>宣布以任何理由宣佈無效，本公司及</w:t>
      </w:r>
      <w:r>
        <w:rPr>
          <w:lang w:eastAsia="zh-TW"/>
        </w:rPr>
        <w:t xml:space="preserve"> Uber App </w:t>
      </w:r>
      <w:r>
        <w:rPr>
          <w:lang w:eastAsia="zh-TW"/>
        </w:rPr>
        <w:t>對此不承擔任何責任，但將於優惠取消前</w:t>
      </w:r>
      <w:r>
        <w:rPr>
          <w:lang w:eastAsia="zh-TW"/>
        </w:rPr>
        <w:t>3</w:t>
      </w:r>
      <w:r>
        <w:rPr>
          <w:lang w:eastAsia="zh-TW"/>
        </w:rPr>
        <w:t>日以電子郵件或應用程式推播功能通知您</w:t>
      </w:r>
      <w:r>
        <w:rPr>
          <w:lang w:eastAsia="zh-TW"/>
        </w:rPr>
        <w:t>; (iv)</w:t>
      </w:r>
      <w:r>
        <w:rPr>
          <w:lang w:eastAsia="zh-TW"/>
        </w:rPr>
        <w:t>只可根據此等優惠序號制定的特別條款進行使用</w:t>
      </w:r>
      <w:r>
        <w:rPr>
          <w:lang w:eastAsia="zh-TW"/>
        </w:rPr>
        <w:t>; (v)</w:t>
      </w:r>
      <w:r>
        <w:rPr>
          <w:lang w:eastAsia="zh-TW"/>
        </w:rPr>
        <w:t>不可兌換現金</w:t>
      </w:r>
      <w:r>
        <w:rPr>
          <w:lang w:eastAsia="zh-TW"/>
        </w:rPr>
        <w:t xml:space="preserve">; </w:t>
      </w:r>
      <w:r>
        <w:rPr>
          <w:lang w:eastAsia="zh-TW"/>
        </w:rPr>
        <w:t>及</w:t>
      </w:r>
      <w:r>
        <w:rPr>
          <w:lang w:eastAsia="zh-TW"/>
        </w:rPr>
        <w:t xml:space="preserve"> (vi)</w:t>
      </w:r>
      <w:r>
        <w:rPr>
          <w:lang w:eastAsia="zh-TW"/>
        </w:rPr>
        <w:t>可能在您使用前失效。若本公司認定或相信使用或兌現優惠序號的行為是錯誤的、帶有欺騙性、非法的，或違反了適用的優惠序號條款或本條款，則本公司保留對透過您或其他任何使用者使用優惠序號所得利益或其他功能予以保留或扣除的權利。</w:t>
      </w:r>
    </w:p>
    <w:p w14:paraId="1C1F76F4" w14:textId="77777777" w:rsidR="00777930" w:rsidRDefault="00777930">
      <w:pPr>
        <w:rPr>
          <w:rFonts w:hint="eastAsia"/>
          <w:lang w:eastAsia="zh-TW"/>
        </w:rPr>
      </w:pPr>
    </w:p>
    <w:p w14:paraId="7E2331EC" w14:textId="77777777" w:rsidR="00777930" w:rsidRDefault="00000000">
      <w:pPr>
        <w:rPr>
          <w:rFonts w:hint="eastAsia"/>
          <w:lang w:eastAsia="zh-TW"/>
        </w:rPr>
      </w:pPr>
      <w:r>
        <w:rPr>
          <w:lang w:eastAsia="zh-TW"/>
        </w:rPr>
        <w:t xml:space="preserve">5. </w:t>
      </w:r>
      <w:r>
        <w:rPr>
          <w:lang w:eastAsia="zh-TW"/>
        </w:rPr>
        <w:t>行車記錄器或</w:t>
      </w:r>
      <w:r>
        <w:rPr>
          <w:lang w:eastAsia="zh-TW"/>
        </w:rPr>
        <w:t xml:space="preserve"> App </w:t>
      </w:r>
      <w:r>
        <w:rPr>
          <w:lang w:eastAsia="zh-TW"/>
        </w:rPr>
        <w:t>錄影和</w:t>
      </w:r>
      <w:r>
        <w:rPr>
          <w:lang w:eastAsia="zh-TW"/>
        </w:rPr>
        <w:t>/</w:t>
      </w:r>
      <w:r>
        <w:rPr>
          <w:lang w:eastAsia="zh-TW"/>
        </w:rPr>
        <w:t>或錄音</w:t>
      </w:r>
    </w:p>
    <w:p w14:paraId="273F2F49" w14:textId="77777777" w:rsidR="00777930" w:rsidRDefault="00000000">
      <w:pPr>
        <w:rPr>
          <w:rFonts w:hint="eastAsia"/>
          <w:lang w:eastAsia="zh-TW"/>
        </w:rPr>
      </w:pPr>
      <w:r>
        <w:rPr>
          <w:lang w:eastAsia="zh-TW"/>
        </w:rPr>
        <w:t xml:space="preserve">a. </w:t>
      </w:r>
      <w:r>
        <w:rPr>
          <w:lang w:eastAsia="zh-TW"/>
        </w:rPr>
        <w:t>為了行程更安全，本公司派遣之駕駛可選擇安裝並使用行車記錄器在行程中錄影和</w:t>
      </w:r>
      <w:r>
        <w:rPr>
          <w:lang w:eastAsia="zh-TW"/>
        </w:rPr>
        <w:t>/</w:t>
      </w:r>
      <w:r>
        <w:rPr>
          <w:lang w:eastAsia="zh-TW"/>
        </w:rPr>
        <w:t>或錄音，您或本公司派遣之駕駛也可以選擇透過</w:t>
      </w:r>
      <w:r>
        <w:rPr>
          <w:lang w:eastAsia="zh-TW"/>
        </w:rPr>
        <w:t xml:space="preserve"> Uber App </w:t>
      </w:r>
      <w:r>
        <w:rPr>
          <w:lang w:eastAsia="zh-TW"/>
        </w:rPr>
        <w:t>錄音記錄行程，並於行程發生爭議時，選擇提供予本公司和</w:t>
      </w:r>
      <w:r>
        <w:rPr>
          <w:lang w:eastAsia="zh-TW"/>
        </w:rPr>
        <w:t>/</w:t>
      </w:r>
      <w:r>
        <w:rPr>
          <w:lang w:eastAsia="zh-TW"/>
        </w:rPr>
        <w:t>或</w:t>
      </w:r>
      <w:r>
        <w:rPr>
          <w:lang w:eastAsia="zh-TW"/>
        </w:rPr>
        <w:t xml:space="preserve"> Uber App </w:t>
      </w:r>
      <w:r>
        <w:rPr>
          <w:lang w:eastAsia="zh-TW"/>
        </w:rPr>
        <w:t>調查。另外，為符合個人資料保護法第</w:t>
      </w:r>
      <w:r>
        <w:rPr>
          <w:lang w:eastAsia="zh-TW"/>
        </w:rPr>
        <w:t>8</w:t>
      </w:r>
      <w:r>
        <w:rPr>
          <w:lang w:eastAsia="zh-TW"/>
        </w:rPr>
        <w:t>條第</w:t>
      </w:r>
      <w:r>
        <w:rPr>
          <w:lang w:eastAsia="zh-TW"/>
        </w:rPr>
        <w:t>1</w:t>
      </w:r>
      <w:r>
        <w:rPr>
          <w:lang w:eastAsia="zh-TW"/>
        </w:rPr>
        <w:t>款之規定，本公司將透過</w:t>
      </w:r>
      <w:r>
        <w:rPr>
          <w:lang w:eastAsia="zh-TW"/>
        </w:rPr>
        <w:t xml:space="preserve"> Uber App </w:t>
      </w:r>
      <w:r>
        <w:rPr>
          <w:lang w:eastAsia="zh-TW"/>
        </w:rPr>
        <w:t>（包括其隱私權聲明）、本契約等渠道，向您告知相關事項。</w:t>
      </w:r>
    </w:p>
    <w:p w14:paraId="3E05C36F" w14:textId="77777777" w:rsidR="00777930" w:rsidRDefault="00000000">
      <w:pPr>
        <w:rPr>
          <w:rFonts w:hint="eastAsia"/>
          <w:lang w:eastAsia="zh-TW"/>
        </w:rPr>
      </w:pPr>
      <w:r>
        <w:rPr>
          <w:lang w:eastAsia="zh-TW"/>
        </w:rPr>
        <w:lastRenderedPageBreak/>
        <w:t xml:space="preserve">b. </w:t>
      </w:r>
      <w:r>
        <w:rPr>
          <w:lang w:eastAsia="zh-TW"/>
        </w:rPr>
        <w:t>若您或任何相關第三方不同意行程被錄影或錄音，您可以取消行程。一旦行程開始，即代表您已同意並已獲得相關第三方的同意，出於安全目的，您和他們可能會被錄影錄音，並且影片可能會被提供給本公司和</w:t>
      </w:r>
      <w:r>
        <w:rPr>
          <w:lang w:eastAsia="zh-TW"/>
        </w:rPr>
        <w:t>/ or Uber App</w:t>
      </w:r>
      <w:r>
        <w:rPr>
          <w:lang w:eastAsia="zh-TW"/>
        </w:rPr>
        <w:t>。</w:t>
      </w:r>
    </w:p>
    <w:p w14:paraId="7E2750D6" w14:textId="77777777" w:rsidR="00777930" w:rsidRDefault="00000000">
      <w:pPr>
        <w:rPr>
          <w:rFonts w:hint="eastAsia"/>
          <w:lang w:eastAsia="zh-TW"/>
        </w:rPr>
      </w:pPr>
      <w:r>
        <w:rPr>
          <w:lang w:eastAsia="zh-TW"/>
        </w:rPr>
        <w:t xml:space="preserve">c. </w:t>
      </w:r>
      <w:r>
        <w:rPr>
          <w:lang w:eastAsia="zh-TW"/>
        </w:rPr>
        <w:t>您僅應根據當地法律和法規和適用的政策指引使用錄音片段和錄音功能。適用法律和法規可能要求必須取得職業駕駛或任何相關第三方同意才能錄音。請查看您的當地法規以瞭解相關責任。</w:t>
      </w:r>
    </w:p>
    <w:p w14:paraId="455527F0" w14:textId="77777777" w:rsidR="00777930" w:rsidRDefault="00000000">
      <w:pPr>
        <w:rPr>
          <w:rFonts w:hint="eastAsia"/>
          <w:lang w:eastAsia="zh-TW"/>
        </w:rPr>
      </w:pPr>
      <w:r>
        <w:rPr>
          <w:lang w:eastAsia="zh-TW"/>
        </w:rPr>
        <w:t xml:space="preserve">d. </w:t>
      </w:r>
      <w:r>
        <w:rPr>
          <w:lang w:eastAsia="zh-TW"/>
        </w:rPr>
        <w:t>您和本公司派遣之駕駛可在遵守當地法律和法規的前提下，就安全事件自行決定是否向本公司和</w:t>
      </w:r>
      <w:r>
        <w:rPr>
          <w:lang w:eastAsia="zh-TW"/>
        </w:rPr>
        <w:t>/</w:t>
      </w:r>
      <w:r>
        <w:rPr>
          <w:lang w:eastAsia="zh-TW"/>
        </w:rPr>
        <w:t>或</w:t>
      </w:r>
      <w:r>
        <w:rPr>
          <w:lang w:eastAsia="zh-TW"/>
        </w:rPr>
        <w:t xml:space="preserve">Uber App </w:t>
      </w:r>
      <w:r>
        <w:rPr>
          <w:lang w:eastAsia="zh-TW"/>
        </w:rPr>
        <w:t>提交錄製內容。本公司和</w:t>
      </w:r>
      <w:r>
        <w:rPr>
          <w:lang w:eastAsia="zh-TW"/>
        </w:rPr>
        <w:t xml:space="preserve"> Uber App </w:t>
      </w:r>
      <w:r>
        <w:rPr>
          <w:lang w:eastAsia="zh-TW"/>
        </w:rPr>
        <w:t>會審查送交的行車記錄器片段或錄音，並採取相關行動。您同意並已獲得相關第三方的同意，在少數情況下，本公司或</w:t>
      </w:r>
      <w:r>
        <w:rPr>
          <w:lang w:eastAsia="zh-TW"/>
        </w:rPr>
        <w:t xml:space="preserve"> Uber App </w:t>
      </w:r>
      <w:r>
        <w:rPr>
          <w:lang w:eastAsia="zh-TW"/>
        </w:rPr>
        <w:t>可能需要與授權機構分享錄製內容。</w:t>
      </w:r>
    </w:p>
    <w:p w14:paraId="6EEA0850" w14:textId="77777777" w:rsidR="00777930" w:rsidRDefault="00000000">
      <w:pPr>
        <w:rPr>
          <w:rFonts w:hint="eastAsia"/>
          <w:lang w:eastAsia="zh-TW"/>
        </w:rPr>
      </w:pPr>
      <w:r>
        <w:rPr>
          <w:lang w:eastAsia="zh-TW"/>
        </w:rPr>
        <w:t xml:space="preserve">e. </w:t>
      </w:r>
      <w:r>
        <w:rPr>
          <w:lang w:eastAsia="zh-TW"/>
        </w:rPr>
        <w:t>分享或串流他人的錄音（包括在社群媒體、數位平台或其他公共場所分享或串流），此舉可能違反當地法律（包括適用的個人隱私法律）和適用政策指引，本公司和</w:t>
      </w:r>
      <w:r>
        <w:rPr>
          <w:lang w:eastAsia="zh-TW"/>
        </w:rPr>
        <w:t>/</w:t>
      </w:r>
      <w:r>
        <w:rPr>
          <w:lang w:eastAsia="zh-TW"/>
        </w:rPr>
        <w:t>或</w:t>
      </w:r>
      <w:r>
        <w:rPr>
          <w:lang w:eastAsia="zh-TW"/>
        </w:rPr>
        <w:t xml:space="preserve"> Uber App </w:t>
      </w:r>
      <w:r>
        <w:rPr>
          <w:lang w:eastAsia="zh-TW"/>
        </w:rPr>
        <w:t>可能進一步調查和採取行動。</w:t>
      </w:r>
    </w:p>
    <w:p w14:paraId="234DD502" w14:textId="77777777" w:rsidR="00777930" w:rsidRDefault="00777930">
      <w:pPr>
        <w:rPr>
          <w:rFonts w:hint="eastAsia"/>
          <w:lang w:eastAsia="zh-TW"/>
        </w:rPr>
      </w:pPr>
    </w:p>
    <w:p w14:paraId="7BF16F96" w14:textId="77777777" w:rsidR="00777930" w:rsidRDefault="00000000">
      <w:pPr>
        <w:rPr>
          <w:rFonts w:hint="eastAsia"/>
          <w:lang w:eastAsia="zh-TW"/>
        </w:rPr>
      </w:pPr>
      <w:r>
        <w:rPr>
          <w:lang w:eastAsia="zh-TW"/>
        </w:rPr>
        <w:t xml:space="preserve">6. </w:t>
      </w:r>
      <w:r>
        <w:rPr>
          <w:lang w:eastAsia="zh-TW"/>
        </w:rPr>
        <w:t>責任條款</w:t>
      </w:r>
    </w:p>
    <w:p w14:paraId="7852C0BB" w14:textId="77777777" w:rsidR="00777930" w:rsidRDefault="00000000">
      <w:pPr>
        <w:rPr>
          <w:rFonts w:hint="eastAsia"/>
          <w:lang w:eastAsia="zh-TW"/>
        </w:rPr>
      </w:pPr>
      <w:r>
        <w:rPr>
          <w:lang w:eastAsia="zh-TW"/>
        </w:rPr>
        <w:t xml:space="preserve">a. </w:t>
      </w:r>
      <w:r>
        <w:rPr>
          <w:lang w:eastAsia="zh-TW"/>
        </w:rPr>
        <w:t>除可歸責於本公司之事由外，因您之故意、過失</w:t>
      </w:r>
      <w:r>
        <w:rPr>
          <w:lang w:eastAsia="zh-TW"/>
        </w:rPr>
        <w:t xml:space="preserve"> or </w:t>
      </w:r>
      <w:r>
        <w:rPr>
          <w:lang w:eastAsia="zh-TW"/>
        </w:rPr>
        <w:t>不可抗力等事由致您或同行者於運送過程中所受之傷害，本公司不負賠償責任；運送之遲到因不可抗力所致，本公司僅以賠償您因遲到而增加支出之必要費用為限。如因可歸責於您的事由</w:t>
      </w:r>
      <w:r>
        <w:rPr>
          <w:lang w:eastAsia="zh-TW"/>
        </w:rPr>
        <w:t>(</w:t>
      </w:r>
      <w:r>
        <w:rPr>
          <w:lang w:eastAsia="zh-TW"/>
        </w:rPr>
        <w:t>如於車內嘔吐</w:t>
      </w:r>
      <w:r>
        <w:rPr>
          <w:lang w:eastAsia="zh-TW"/>
        </w:rPr>
        <w:t>)</w:t>
      </w:r>
      <w:r>
        <w:rPr>
          <w:lang w:eastAsia="zh-TW"/>
        </w:rPr>
        <w:t>導致本公司、計程車行</w:t>
      </w:r>
      <w:r>
        <w:rPr>
          <w:lang w:eastAsia="zh-TW"/>
        </w:rPr>
        <w:t>/</w:t>
      </w:r>
      <w:proofErr w:type="gramStart"/>
      <w:r>
        <w:rPr>
          <w:lang w:eastAsia="zh-TW"/>
        </w:rPr>
        <w:t>駕駛或其他人</w:t>
      </w:r>
      <w:r>
        <w:rPr>
          <w:lang w:eastAsia="zh-TW"/>
        </w:rPr>
        <w:t>(</w:t>
      </w:r>
      <w:proofErr w:type="gramEnd"/>
      <w:r>
        <w:rPr>
          <w:lang w:eastAsia="zh-TW"/>
        </w:rPr>
        <w:t>包括但不限於</w:t>
      </w:r>
      <w:r>
        <w:rPr>
          <w:lang w:eastAsia="zh-TW"/>
        </w:rPr>
        <w:t xml:space="preserve"> Uber </w:t>
      </w:r>
      <w:proofErr w:type="gramStart"/>
      <w:r>
        <w:rPr>
          <w:lang w:eastAsia="zh-TW"/>
        </w:rPr>
        <w:t>App)</w:t>
      </w:r>
      <w:r>
        <w:rPr>
          <w:lang w:eastAsia="zh-TW"/>
        </w:rPr>
        <w:t>發生</w:t>
      </w:r>
      <w:proofErr w:type="gramEnd"/>
      <w:r>
        <w:rPr>
          <w:lang w:eastAsia="zh-TW"/>
        </w:rPr>
        <w:t xml:space="preserve"> </w:t>
      </w:r>
      <w:r>
        <w:rPr>
          <w:lang w:eastAsia="zh-TW"/>
        </w:rPr>
        <w:t>損害，您應負損害賠償責任</w:t>
      </w:r>
      <w:r>
        <w:rPr>
          <w:lang w:eastAsia="zh-TW"/>
        </w:rPr>
        <w:t>(</w:t>
      </w:r>
      <w:r>
        <w:rPr>
          <w:lang w:eastAsia="zh-TW"/>
        </w:rPr>
        <w:t>如賠償清潔費</w:t>
      </w:r>
      <w:r>
        <w:rPr>
          <w:lang w:eastAsia="zh-TW"/>
        </w:rPr>
        <w:t>)</w:t>
      </w:r>
      <w:r>
        <w:rPr>
          <w:lang w:eastAsia="zh-TW"/>
        </w:rPr>
        <w:t>。</w:t>
      </w:r>
    </w:p>
    <w:p w14:paraId="19B8ADDD" w14:textId="77777777" w:rsidR="00777930" w:rsidRDefault="00000000">
      <w:pPr>
        <w:rPr>
          <w:rFonts w:hint="eastAsia"/>
          <w:lang w:eastAsia="zh-TW"/>
        </w:rPr>
      </w:pPr>
      <w:r>
        <w:rPr>
          <w:lang w:eastAsia="zh-TW"/>
        </w:rPr>
        <w:t xml:space="preserve">b. </w:t>
      </w:r>
      <w:r>
        <w:rPr>
          <w:lang w:eastAsia="zh-TW"/>
        </w:rPr>
        <w:t>本服務為多元化計程車服務，本公司於您叫車時提出之預估抵達時間僅為參考</w:t>
      </w:r>
      <w:r>
        <w:rPr>
          <w:lang w:eastAsia="zh-TW"/>
        </w:rPr>
        <w:t xml:space="preserve"> </w:t>
      </w:r>
      <w:r>
        <w:rPr>
          <w:lang w:eastAsia="zh-TW"/>
        </w:rPr>
        <w:t>，您明白因為路況及安全性等因素考量，將令預估抵達時間與實際抵達時間會有所誤差，而預估抵達時間並非本公司有義務應送達您至指定地點的時間。</w:t>
      </w:r>
    </w:p>
    <w:p w14:paraId="5CF2A85D" w14:textId="77777777" w:rsidR="00777930" w:rsidRDefault="00777930">
      <w:pPr>
        <w:rPr>
          <w:rFonts w:hint="eastAsia"/>
          <w:lang w:eastAsia="zh-TW"/>
        </w:rPr>
      </w:pPr>
    </w:p>
    <w:p w14:paraId="6431D0A6" w14:textId="77777777" w:rsidR="00777930" w:rsidRDefault="00000000">
      <w:pPr>
        <w:rPr>
          <w:rFonts w:hint="eastAsia"/>
          <w:lang w:eastAsia="zh-TW"/>
        </w:rPr>
      </w:pPr>
      <w:r>
        <w:rPr>
          <w:lang w:eastAsia="zh-TW"/>
        </w:rPr>
        <w:t xml:space="preserve">7. </w:t>
      </w:r>
      <w:r>
        <w:rPr>
          <w:lang w:eastAsia="zh-TW"/>
        </w:rPr>
        <w:t>暫停、終止服務您若有以下情形，本公司將立即暫停、拒絕或終止您繼續使用本服務，若因此致本公司或本公司受</w:t>
      </w:r>
      <w:proofErr w:type="gramStart"/>
      <w:r>
        <w:rPr>
          <w:lang w:eastAsia="zh-TW"/>
        </w:rPr>
        <w:t>僱</w:t>
      </w:r>
      <w:proofErr w:type="gramEnd"/>
      <w:r>
        <w:rPr>
          <w:lang w:eastAsia="zh-TW"/>
        </w:rPr>
        <w:t>人受有損害，您應承擔所有賠償責任</w:t>
      </w:r>
      <w:r>
        <w:rPr>
          <w:lang w:eastAsia="zh-TW"/>
        </w:rPr>
        <w:t>:</w:t>
      </w:r>
    </w:p>
    <w:p w14:paraId="661E5A7A" w14:textId="77777777" w:rsidR="00777930" w:rsidRDefault="00000000">
      <w:pPr>
        <w:rPr>
          <w:rFonts w:hint="eastAsia"/>
          <w:lang w:eastAsia="zh-TW"/>
        </w:rPr>
      </w:pPr>
      <w:r>
        <w:rPr>
          <w:lang w:eastAsia="zh-TW"/>
        </w:rPr>
        <w:t xml:space="preserve">a. </w:t>
      </w:r>
      <w:r>
        <w:rPr>
          <w:lang w:eastAsia="zh-TW"/>
        </w:rPr>
        <w:t>提供不實之個人資料。</w:t>
      </w:r>
    </w:p>
    <w:p w14:paraId="3581E2EC" w14:textId="77777777" w:rsidR="00777930" w:rsidRDefault="00000000">
      <w:pPr>
        <w:rPr>
          <w:rFonts w:hint="eastAsia"/>
          <w:lang w:eastAsia="zh-TW"/>
        </w:rPr>
      </w:pPr>
      <w:r>
        <w:rPr>
          <w:lang w:eastAsia="zh-TW"/>
        </w:rPr>
        <w:t xml:space="preserve">b. </w:t>
      </w:r>
      <w:r>
        <w:rPr>
          <w:lang w:eastAsia="zh-TW"/>
        </w:rPr>
        <w:t>惡意濫用本公司之叫車服務。</w:t>
      </w:r>
    </w:p>
    <w:p w14:paraId="52EB4117" w14:textId="77777777" w:rsidR="00777930" w:rsidRDefault="00000000">
      <w:pPr>
        <w:rPr>
          <w:rFonts w:hint="eastAsia"/>
          <w:lang w:eastAsia="zh-TW"/>
        </w:rPr>
      </w:pPr>
      <w:r>
        <w:rPr>
          <w:lang w:eastAsia="zh-TW"/>
        </w:rPr>
        <w:t xml:space="preserve">c. </w:t>
      </w:r>
      <w:r>
        <w:rPr>
          <w:lang w:eastAsia="zh-TW"/>
        </w:rPr>
        <w:t>利用偽造或非法取得之資料使用本服務。</w:t>
      </w:r>
    </w:p>
    <w:p w14:paraId="262CE287" w14:textId="77777777" w:rsidR="00777930" w:rsidRDefault="00000000">
      <w:pPr>
        <w:rPr>
          <w:rFonts w:hint="eastAsia"/>
          <w:lang w:eastAsia="zh-TW"/>
        </w:rPr>
      </w:pPr>
      <w:r>
        <w:rPr>
          <w:lang w:eastAsia="zh-TW"/>
        </w:rPr>
        <w:lastRenderedPageBreak/>
        <w:t xml:space="preserve">d. </w:t>
      </w:r>
      <w:r>
        <w:rPr>
          <w:lang w:eastAsia="zh-TW"/>
        </w:rPr>
        <w:t>其他違反本約定條款或違法之事由。</w:t>
      </w:r>
    </w:p>
    <w:p w14:paraId="22FB2059" w14:textId="77777777" w:rsidR="00777930" w:rsidRDefault="00777930">
      <w:pPr>
        <w:rPr>
          <w:rFonts w:hint="eastAsia"/>
          <w:lang w:eastAsia="zh-TW"/>
        </w:rPr>
      </w:pPr>
    </w:p>
    <w:p w14:paraId="1714BEDE" w14:textId="77777777" w:rsidR="00777930" w:rsidRDefault="00000000">
      <w:pPr>
        <w:rPr>
          <w:rFonts w:hint="eastAsia"/>
          <w:lang w:eastAsia="zh-TW"/>
        </w:rPr>
      </w:pPr>
      <w:r>
        <w:rPr>
          <w:lang w:eastAsia="zh-TW"/>
        </w:rPr>
        <w:t xml:space="preserve">8. </w:t>
      </w:r>
      <w:r>
        <w:rPr>
          <w:lang w:eastAsia="zh-TW"/>
        </w:rPr>
        <w:t>本約定條款未盡事宜，悉依中華民國相關法令定之。您同意若因本約定條款有</w:t>
      </w:r>
      <w:r>
        <w:rPr>
          <w:lang w:eastAsia="zh-TW"/>
        </w:rPr>
        <w:t xml:space="preserve"> </w:t>
      </w:r>
      <w:r>
        <w:rPr>
          <w:lang w:eastAsia="zh-TW"/>
        </w:rPr>
        <w:t>所爭議或糾紛，將以台灣台北地方法院作為第一審管轄法院。</w:t>
      </w:r>
    </w:p>
    <w:p w14:paraId="11EAF789" w14:textId="77777777" w:rsidR="00777930" w:rsidRDefault="00777930">
      <w:pPr>
        <w:rPr>
          <w:rFonts w:hint="eastAsia"/>
          <w:lang w:eastAsia="zh-TW"/>
        </w:rPr>
      </w:pPr>
    </w:p>
    <w:p w14:paraId="7E26EEAD" w14:textId="77777777" w:rsidR="00777930" w:rsidRDefault="00000000">
      <w:pPr>
        <w:rPr>
          <w:rFonts w:hint="eastAsia"/>
          <w:lang w:eastAsia="zh-TW"/>
        </w:rPr>
      </w:pPr>
      <w:r>
        <w:rPr>
          <w:lang w:eastAsia="zh-TW"/>
        </w:rPr>
        <w:t xml:space="preserve">9. </w:t>
      </w:r>
      <w:r>
        <w:rPr>
          <w:lang w:eastAsia="zh-TW"/>
        </w:rPr>
        <w:t>本公司已確認本車隊所派遣之</w:t>
      </w:r>
      <w:proofErr w:type="gramStart"/>
      <w:r>
        <w:rPr>
          <w:lang w:eastAsia="zh-TW"/>
        </w:rPr>
        <w:t>計程車均已投保</w:t>
      </w:r>
      <w:proofErr w:type="gramEnd"/>
      <w:r>
        <w:rPr>
          <w:lang w:eastAsia="zh-TW"/>
        </w:rPr>
        <w:t>至少每人新臺幣一百五十萬元以上之旅客責任保險。</w:t>
      </w:r>
    </w:p>
    <w:p w14:paraId="369F4D9F" w14:textId="77777777" w:rsidR="00777930" w:rsidRDefault="00777930">
      <w:pPr>
        <w:rPr>
          <w:rFonts w:hint="eastAsia"/>
          <w:lang w:eastAsia="zh-TW"/>
        </w:rPr>
      </w:pPr>
    </w:p>
    <w:p w14:paraId="1871A076" w14:textId="77777777" w:rsidR="00777930" w:rsidRDefault="00000000">
      <w:pPr>
        <w:rPr>
          <w:rFonts w:hint="eastAsia"/>
          <w:lang w:eastAsia="zh-TW"/>
        </w:rPr>
      </w:pPr>
      <w:r>
        <w:rPr>
          <w:lang w:eastAsia="zh-TW"/>
        </w:rPr>
        <w:t xml:space="preserve">10. </w:t>
      </w:r>
      <w:r>
        <w:rPr>
          <w:lang w:eastAsia="zh-TW"/>
        </w:rPr>
        <w:t>本公司設消費爭議處理申訴</w:t>
      </w:r>
      <w:r>
        <w:rPr>
          <w:lang w:eastAsia="zh-TW"/>
        </w:rPr>
        <w:t>(</w:t>
      </w:r>
      <w:r>
        <w:rPr>
          <w:lang w:eastAsia="zh-TW"/>
        </w:rPr>
        <w:t>客服</w:t>
      </w:r>
      <w:r>
        <w:rPr>
          <w:lang w:eastAsia="zh-TW"/>
        </w:rPr>
        <w:t>)</w:t>
      </w:r>
      <w:r>
        <w:rPr>
          <w:lang w:eastAsia="zh-TW"/>
        </w:rPr>
        <w:t>專線</w:t>
      </w:r>
      <w:r>
        <w:rPr>
          <w:lang w:eastAsia="zh-TW"/>
        </w:rPr>
        <w:t>:</w:t>
      </w:r>
    </w:p>
    <w:p w14:paraId="5A257E38" w14:textId="7F1F5C3F" w:rsidR="00777930" w:rsidRPr="00D279CF" w:rsidRDefault="00000000">
      <w:pPr>
        <w:rPr>
          <w:rFonts w:eastAsia="新細明體" w:hint="eastAsia"/>
          <w:lang w:eastAsia="zh-TW"/>
        </w:rPr>
      </w:pPr>
      <w:r>
        <w:rPr>
          <w:lang w:eastAsia="zh-TW"/>
        </w:rPr>
        <w:t>地址</w:t>
      </w:r>
      <w:r>
        <w:rPr>
          <w:lang w:eastAsia="zh-TW"/>
        </w:rPr>
        <w:t>:</w:t>
      </w:r>
      <w:r w:rsidR="00D279CF">
        <w:rPr>
          <w:rFonts w:eastAsia="新細明體" w:hint="eastAsia"/>
          <w:lang w:eastAsia="zh-TW"/>
        </w:rPr>
        <w:t>新北市三重區中正南路</w:t>
      </w:r>
      <w:r w:rsidR="00D279CF">
        <w:rPr>
          <w:rFonts w:eastAsia="新細明體" w:hint="eastAsia"/>
          <w:lang w:eastAsia="zh-TW"/>
        </w:rPr>
        <w:t>269</w:t>
      </w:r>
      <w:r w:rsidR="00D279CF">
        <w:rPr>
          <w:rFonts w:eastAsia="新細明體" w:hint="eastAsia"/>
          <w:lang w:eastAsia="zh-TW"/>
        </w:rPr>
        <w:t>號</w:t>
      </w:r>
      <w:r w:rsidR="00D279CF">
        <w:rPr>
          <w:rFonts w:eastAsia="新細明體" w:hint="eastAsia"/>
          <w:lang w:eastAsia="zh-TW"/>
        </w:rPr>
        <w:t>1</w:t>
      </w:r>
      <w:r w:rsidR="00D279CF">
        <w:rPr>
          <w:rFonts w:eastAsia="新細明體" w:hint="eastAsia"/>
          <w:lang w:eastAsia="zh-TW"/>
        </w:rPr>
        <w:t>樓</w:t>
      </w:r>
    </w:p>
    <w:p w14:paraId="6B6822C0" w14:textId="08FA2309" w:rsidR="00777930" w:rsidRDefault="00000000">
      <w:pPr>
        <w:rPr>
          <w:rFonts w:hint="eastAsia"/>
          <w:lang w:eastAsia="zh-TW"/>
        </w:rPr>
      </w:pPr>
      <w:r>
        <w:rPr>
          <w:lang w:eastAsia="zh-TW"/>
        </w:rPr>
        <w:t>電話</w:t>
      </w:r>
      <w:r>
        <w:rPr>
          <w:lang w:eastAsia="zh-TW"/>
        </w:rPr>
        <w:t>:</w:t>
      </w:r>
      <w:r w:rsidR="00D279CF">
        <w:rPr>
          <w:rFonts w:ascii="新細明體" w:eastAsia="新細明體" w:hAnsi="新細明體" w:hint="eastAsia"/>
          <w:lang w:eastAsia="zh-TW"/>
        </w:rPr>
        <w:t>02-29703456</w:t>
      </w:r>
    </w:p>
    <w:sectPr w:rsidR="0077793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9916578">
    <w:abstractNumId w:val="8"/>
  </w:num>
  <w:num w:numId="2" w16cid:durableId="320306130">
    <w:abstractNumId w:val="6"/>
  </w:num>
  <w:num w:numId="3" w16cid:durableId="1653751240">
    <w:abstractNumId w:val="5"/>
  </w:num>
  <w:num w:numId="4" w16cid:durableId="553733576">
    <w:abstractNumId w:val="4"/>
  </w:num>
  <w:num w:numId="5" w16cid:durableId="1146972940">
    <w:abstractNumId w:val="7"/>
  </w:num>
  <w:num w:numId="6" w16cid:durableId="1144587421">
    <w:abstractNumId w:val="3"/>
  </w:num>
  <w:num w:numId="7" w16cid:durableId="84150044">
    <w:abstractNumId w:val="2"/>
  </w:num>
  <w:num w:numId="8" w16cid:durableId="1518350008">
    <w:abstractNumId w:val="1"/>
  </w:num>
  <w:num w:numId="9" w16cid:durableId="547645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77930"/>
    <w:rsid w:val="00AA1D8D"/>
    <w:rsid w:val="00B47730"/>
    <w:rsid w:val="00CB0664"/>
    <w:rsid w:val="00D279CF"/>
    <w:rsid w:val="00D549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2B467"/>
  <w14:defaultImageDpi w14:val="300"/>
  <w15:docId w15:val="{7C9C0CFF-1A22-4A4D-874B-E2EBDFB3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微軟正黑體" w:hAnsi="微軟正黑體"/>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文涓 蕭</cp:lastModifiedBy>
  <cp:revision>2</cp:revision>
  <dcterms:created xsi:type="dcterms:W3CDTF">2013-12-23T23:15:00Z</dcterms:created>
  <dcterms:modified xsi:type="dcterms:W3CDTF">2026-06-17T07:35:00Z</dcterms:modified>
  <cp:category/>
</cp:coreProperties>
</file>